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CEF3E4" w14:textId="77777777" w:rsidR="00113115" w:rsidRDefault="00113115"/>
    <w:p w14:paraId="736F496B" w14:textId="26DF626F" w:rsidR="00113115" w:rsidRPr="00EB4A7C" w:rsidRDefault="00000000" w:rsidP="00EB4A7C">
      <w:pPr>
        <w:jc w:val="center"/>
        <w:rPr>
          <w:b/>
          <w:bCs/>
        </w:rPr>
      </w:pPr>
      <w:r w:rsidRPr="00EB4A7C">
        <w:rPr>
          <w:b/>
          <w:bCs/>
        </w:rPr>
        <w:t>EMPLOYMENT OFFER LETTER</w:t>
      </w:r>
    </w:p>
    <w:p w14:paraId="0F6074AD" w14:textId="77777777" w:rsidR="00113115" w:rsidRDefault="00113115"/>
    <w:p w14:paraId="0268CC6B" w14:textId="77777777" w:rsidR="00113115" w:rsidRDefault="00000000">
      <w:r>
        <w:t>Date: __________</w:t>
      </w:r>
    </w:p>
    <w:p w14:paraId="0976E7DC" w14:textId="77777777" w:rsidR="00113115" w:rsidRDefault="00113115"/>
    <w:p w14:paraId="31A9A53D" w14:textId="77777777" w:rsidR="00113115" w:rsidRDefault="00000000">
      <w:r>
        <w:t>Employee Name: ______________________</w:t>
      </w:r>
    </w:p>
    <w:p w14:paraId="5434D61D" w14:textId="77777777" w:rsidR="00113115" w:rsidRDefault="00000000">
      <w:r>
        <w:t>Nationality: ________________________</w:t>
      </w:r>
    </w:p>
    <w:p w14:paraId="0A06F3A3" w14:textId="77777777" w:rsidR="00113115" w:rsidRDefault="00000000">
      <w:r>
        <w:t>Passport No: ________________________</w:t>
      </w:r>
    </w:p>
    <w:p w14:paraId="47BD6EF5" w14:textId="77777777" w:rsidR="00113115" w:rsidRDefault="00000000">
      <w:r>
        <w:t>Emirates ID: ________________________</w:t>
      </w:r>
    </w:p>
    <w:p w14:paraId="4956966E" w14:textId="77777777" w:rsidR="00113115" w:rsidRDefault="00000000">
      <w:r>
        <w:t>Address: ____________________________</w:t>
      </w:r>
    </w:p>
    <w:p w14:paraId="19D5C33E" w14:textId="77777777" w:rsidR="00113115" w:rsidRDefault="00113115"/>
    <w:p w14:paraId="38AFEDBA" w14:textId="77777777" w:rsidR="00113115" w:rsidRDefault="00000000">
      <w:r>
        <w:t>Subject: Employment Offer Letter</w:t>
      </w:r>
    </w:p>
    <w:p w14:paraId="503FC7FE" w14:textId="77777777" w:rsidR="00113115" w:rsidRDefault="00113115"/>
    <w:p w14:paraId="39E849CB" w14:textId="77777777" w:rsidR="00113115" w:rsidRDefault="00000000">
      <w:r>
        <w:t>Dear __________________,</w:t>
      </w:r>
    </w:p>
    <w:p w14:paraId="1F63C784" w14:textId="77777777" w:rsidR="00113115" w:rsidRDefault="00113115"/>
    <w:p w14:paraId="51E9D377" w14:textId="77777777" w:rsidR="00113115" w:rsidRDefault="00000000">
      <w:r>
        <w:t>We are pleased to offer you employment with TrueBays IT Software Trading LLC under the terms and conditions in accordance with UAE Federal Decree-Law No. 33 of 2021 and MOHRE labour contract requirements.</w:t>
      </w:r>
    </w:p>
    <w:p w14:paraId="12626522" w14:textId="77777777" w:rsidR="00113115" w:rsidRDefault="00113115"/>
    <w:p w14:paraId="63CE8837" w14:textId="77777777" w:rsidR="00113115" w:rsidRDefault="00000000">
      <w:r>
        <w:t>Position / Job Title: ______________________</w:t>
      </w:r>
    </w:p>
    <w:p w14:paraId="054C8F09" w14:textId="77777777" w:rsidR="00113115" w:rsidRDefault="00000000">
      <w:r>
        <w:t>Department: _____________________________</w:t>
      </w:r>
    </w:p>
    <w:p w14:paraId="6517F2B5" w14:textId="77777777" w:rsidR="00113115" w:rsidRDefault="00000000">
      <w:r>
        <w:t>Work Location: ___________________________</w:t>
      </w:r>
    </w:p>
    <w:p w14:paraId="62C6EA8F" w14:textId="77777777" w:rsidR="00113115" w:rsidRDefault="00000000">
      <w:r>
        <w:t>Contract Type: Limited Contract (MOHRE)</w:t>
      </w:r>
    </w:p>
    <w:p w14:paraId="042163DE" w14:textId="77777777" w:rsidR="00113115" w:rsidRDefault="00000000">
      <w:r>
        <w:t>Working Hours: As per UAE Labour Law</w:t>
      </w:r>
    </w:p>
    <w:p w14:paraId="1000EF0D" w14:textId="77777777" w:rsidR="00113115" w:rsidRDefault="00000000">
      <w:r>
        <w:t>Weekly Off: As per UAE Labour Law</w:t>
      </w:r>
    </w:p>
    <w:p w14:paraId="0EDF906E" w14:textId="77777777" w:rsidR="00113115" w:rsidRDefault="00113115"/>
    <w:p w14:paraId="31B4831C" w14:textId="77777777" w:rsidR="00113115" w:rsidRDefault="00000000">
      <w:r>
        <w:t>Salary Details:</w:t>
      </w:r>
    </w:p>
    <w:p w14:paraId="75169705" w14:textId="77777777" w:rsidR="00113115" w:rsidRDefault="00000000">
      <w:r>
        <w:lastRenderedPageBreak/>
        <w:t>• Basic Salary: AED ___________</w:t>
      </w:r>
    </w:p>
    <w:p w14:paraId="7EAC9073" w14:textId="77777777" w:rsidR="00113115" w:rsidRDefault="00000000">
      <w:r>
        <w:t>• Allowances: AED ___________</w:t>
      </w:r>
    </w:p>
    <w:p w14:paraId="3D2E92E0" w14:textId="77777777" w:rsidR="00113115" w:rsidRDefault="00000000">
      <w:r>
        <w:t>• Total Monthly Salary: AED ___________</w:t>
      </w:r>
    </w:p>
    <w:p w14:paraId="3EC56208" w14:textId="77777777" w:rsidR="00113115" w:rsidRDefault="00113115"/>
    <w:p w14:paraId="354EB1C3" w14:textId="77777777" w:rsidR="00113115" w:rsidRDefault="00000000">
      <w:r>
        <w:t>Probation Period: Up to 6 months as per UAE Labour Law.</w:t>
      </w:r>
    </w:p>
    <w:p w14:paraId="27064C0D" w14:textId="77777777" w:rsidR="00113115" w:rsidRDefault="00000000">
      <w:r>
        <w:t>Annual Leave: As per UAE Labour Law.</w:t>
      </w:r>
    </w:p>
    <w:p w14:paraId="37A049C4" w14:textId="77777777" w:rsidR="00113115" w:rsidRDefault="00000000">
      <w:r>
        <w:t>Notice Period: As per UAE Labour Law or MOHRE contract.</w:t>
      </w:r>
    </w:p>
    <w:p w14:paraId="1B3AC324" w14:textId="77777777" w:rsidR="00113115" w:rsidRDefault="00000000">
      <w:r>
        <w:t>Confidentiality: Employee must maintain confidentiality of company information.</w:t>
      </w:r>
    </w:p>
    <w:p w14:paraId="385CF4E0" w14:textId="77777777" w:rsidR="00113115" w:rsidRDefault="00000000">
      <w:r>
        <w:t>Termination: As per UAE Labour Law and MOHRE guidelines.</w:t>
      </w:r>
    </w:p>
    <w:p w14:paraId="612B0313" w14:textId="77777777" w:rsidR="00113115" w:rsidRDefault="00113115"/>
    <w:p w14:paraId="4A21D79A" w14:textId="77777777" w:rsidR="00113115" w:rsidRDefault="00000000">
      <w:r>
        <w:t>This offer is subject to medical fitness, visa approval, and MOHRE contract registration.</w:t>
      </w:r>
    </w:p>
    <w:p w14:paraId="0F5917C6" w14:textId="77777777" w:rsidR="00113115" w:rsidRDefault="00113115"/>
    <w:p w14:paraId="67F1BED3" w14:textId="77777777" w:rsidR="00113115" w:rsidRDefault="00000000">
      <w:r>
        <w:t>Please sign below to confirm acceptance.</w:t>
      </w:r>
    </w:p>
    <w:p w14:paraId="403291D3" w14:textId="77777777" w:rsidR="00113115" w:rsidRDefault="00113115"/>
    <w:p w14:paraId="6F111814" w14:textId="77777777" w:rsidR="00113115" w:rsidRDefault="00000000">
      <w:r>
        <w:t>Employer Signature: __________________   Date: __________</w:t>
      </w:r>
    </w:p>
    <w:p w14:paraId="7DD59B97" w14:textId="77777777" w:rsidR="00113115" w:rsidRDefault="00000000">
      <w:r>
        <w:t>Employee Signature: __________________   Date: __________</w:t>
      </w:r>
    </w:p>
    <w:p w14:paraId="06BEF874" w14:textId="77777777" w:rsidR="00113115" w:rsidRDefault="00113115"/>
    <w:sectPr w:rsidR="00113115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476648725">
    <w:abstractNumId w:val="8"/>
  </w:num>
  <w:num w:numId="2" w16cid:durableId="1689982878">
    <w:abstractNumId w:val="6"/>
  </w:num>
  <w:num w:numId="3" w16cid:durableId="2014448831">
    <w:abstractNumId w:val="5"/>
  </w:num>
  <w:num w:numId="4" w16cid:durableId="587007723">
    <w:abstractNumId w:val="4"/>
  </w:num>
  <w:num w:numId="5" w16cid:durableId="1786535117">
    <w:abstractNumId w:val="7"/>
  </w:num>
  <w:num w:numId="6" w16cid:durableId="187260801">
    <w:abstractNumId w:val="3"/>
  </w:num>
  <w:num w:numId="7" w16cid:durableId="1490363505">
    <w:abstractNumId w:val="2"/>
  </w:num>
  <w:num w:numId="8" w16cid:durableId="1702435857">
    <w:abstractNumId w:val="1"/>
  </w:num>
  <w:num w:numId="9" w16cid:durableId="4937659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13115"/>
    <w:rsid w:val="0015074B"/>
    <w:rsid w:val="0029639D"/>
    <w:rsid w:val="00326F90"/>
    <w:rsid w:val="00AA1300"/>
    <w:rsid w:val="00AA1D8D"/>
    <w:rsid w:val="00B47730"/>
    <w:rsid w:val="00CB0664"/>
    <w:rsid w:val="00EB4A7C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FD6DD79"/>
  <w14:defaultImageDpi w14:val="300"/>
  <w15:docId w15:val="{3F005700-A02D-4BEC-B106-70AC746C6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208</Words>
  <Characters>1191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1397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Dell</cp:lastModifiedBy>
  <cp:revision>2</cp:revision>
  <dcterms:created xsi:type="dcterms:W3CDTF">2013-12-23T23:15:00Z</dcterms:created>
  <dcterms:modified xsi:type="dcterms:W3CDTF">2026-01-07T08:40:00Z</dcterms:modified>
  <cp:category/>
</cp:coreProperties>
</file>