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BDB4E93" w14:textId="77777777" w:rsidR="008316E7" w:rsidRDefault="008316E7"/>
    <w:p w14:paraId="27625630" w14:textId="31418F26" w:rsidR="008316E7" w:rsidRPr="0069553D" w:rsidRDefault="00000000" w:rsidP="0069553D">
      <w:pPr>
        <w:jc w:val="center"/>
        <w:rPr>
          <w:b/>
          <w:bCs/>
        </w:rPr>
      </w:pPr>
      <w:r w:rsidRPr="0069553D">
        <w:rPr>
          <w:b/>
          <w:bCs/>
        </w:rPr>
        <w:t xml:space="preserve">EMPLOYMENT TERMINATION NOTICE </w:t>
      </w:r>
    </w:p>
    <w:p w14:paraId="029141CA" w14:textId="77777777" w:rsidR="008316E7" w:rsidRDefault="008316E7"/>
    <w:p w14:paraId="19958766" w14:textId="77777777" w:rsidR="008316E7" w:rsidRDefault="00000000">
      <w:r>
        <w:t>Date: __________</w:t>
      </w:r>
    </w:p>
    <w:p w14:paraId="1878238F" w14:textId="77777777" w:rsidR="008316E7" w:rsidRDefault="008316E7"/>
    <w:p w14:paraId="53F8E4B6" w14:textId="77777777" w:rsidR="008316E7" w:rsidRDefault="00000000">
      <w:r>
        <w:t>Employee Name: ______________________</w:t>
      </w:r>
    </w:p>
    <w:p w14:paraId="0E6B0A10" w14:textId="77777777" w:rsidR="008316E7" w:rsidRDefault="00000000">
      <w:r>
        <w:t>Employee ID: ________________________</w:t>
      </w:r>
    </w:p>
    <w:p w14:paraId="3B6DC986" w14:textId="77777777" w:rsidR="008316E7" w:rsidRDefault="00000000">
      <w:r>
        <w:t>Designation: ________________________</w:t>
      </w:r>
    </w:p>
    <w:p w14:paraId="7DD8FEFB" w14:textId="77777777" w:rsidR="008316E7" w:rsidRDefault="008316E7"/>
    <w:p w14:paraId="08BAD335" w14:textId="77777777" w:rsidR="008316E7" w:rsidRDefault="00000000">
      <w:r>
        <w:t>Subject: Termination of Employment</w:t>
      </w:r>
    </w:p>
    <w:p w14:paraId="02453AA6" w14:textId="77777777" w:rsidR="008316E7" w:rsidRDefault="008316E7"/>
    <w:p w14:paraId="34E7B418" w14:textId="77777777" w:rsidR="008316E7" w:rsidRDefault="00000000">
      <w:r>
        <w:t>Dear __________________,</w:t>
      </w:r>
    </w:p>
    <w:p w14:paraId="37F4C2A1" w14:textId="77777777" w:rsidR="008316E7" w:rsidRDefault="008316E7"/>
    <w:p w14:paraId="43DB7706" w14:textId="77777777" w:rsidR="008316E7" w:rsidRDefault="00000000">
      <w:r>
        <w:t>This letter serves as formal notice of termination of your employment with TrueBays IT Software Trading LLC, in compliance with UAE Federal Decree-Law No. 33 of 2021.</w:t>
      </w:r>
    </w:p>
    <w:p w14:paraId="55720788" w14:textId="77777777" w:rsidR="008316E7" w:rsidRDefault="008316E7"/>
    <w:p w14:paraId="1297CAE5" w14:textId="77777777" w:rsidR="008316E7" w:rsidRDefault="00000000">
      <w:r>
        <w:t>Reason for Termination: __________________________</w:t>
      </w:r>
    </w:p>
    <w:p w14:paraId="644F688A" w14:textId="77777777" w:rsidR="008316E7" w:rsidRDefault="00000000">
      <w:r>
        <w:t>Notice Period: __________ days (as per UAE Labour Law / MOHRE contract)</w:t>
      </w:r>
    </w:p>
    <w:p w14:paraId="556A5C8F" w14:textId="77777777" w:rsidR="008316E7" w:rsidRDefault="00000000">
      <w:r>
        <w:t>Last Working Day: _______________________________</w:t>
      </w:r>
    </w:p>
    <w:p w14:paraId="6C6DBF66" w14:textId="77777777" w:rsidR="008316E7" w:rsidRDefault="008316E7"/>
    <w:p w14:paraId="4954AA02" w14:textId="77777777" w:rsidR="008316E7" w:rsidRDefault="00000000">
      <w:r>
        <w:t>All dues, including salary, leave encashment, and end-of-service benefits, will be settled in accordance with UAE Labour Law.</w:t>
      </w:r>
    </w:p>
    <w:p w14:paraId="500AF59A" w14:textId="77777777" w:rsidR="008316E7" w:rsidRDefault="008316E7"/>
    <w:p w14:paraId="4F7CFDD8" w14:textId="77777777" w:rsidR="008316E7" w:rsidRDefault="00000000">
      <w:r>
        <w:t>We wish you success in your future endeavors.</w:t>
      </w:r>
    </w:p>
    <w:p w14:paraId="09232CB3" w14:textId="77777777" w:rsidR="008316E7" w:rsidRDefault="008316E7"/>
    <w:p w14:paraId="257691B7" w14:textId="77777777" w:rsidR="008316E7" w:rsidRDefault="00000000">
      <w:r>
        <w:t>Authorized Signature: __________________   Date: __________</w:t>
      </w:r>
    </w:p>
    <w:p w14:paraId="50C0E648" w14:textId="77777777" w:rsidR="008316E7" w:rsidRDefault="008316E7"/>
    <w:sectPr w:rsidR="008316E7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1865709198">
    <w:abstractNumId w:val="8"/>
  </w:num>
  <w:num w:numId="2" w16cid:durableId="414059752">
    <w:abstractNumId w:val="6"/>
  </w:num>
  <w:num w:numId="3" w16cid:durableId="557472203">
    <w:abstractNumId w:val="5"/>
  </w:num>
  <w:num w:numId="4" w16cid:durableId="1525940267">
    <w:abstractNumId w:val="4"/>
  </w:num>
  <w:num w:numId="5" w16cid:durableId="403994997">
    <w:abstractNumId w:val="7"/>
  </w:num>
  <w:num w:numId="6" w16cid:durableId="707948706">
    <w:abstractNumId w:val="3"/>
  </w:num>
  <w:num w:numId="7" w16cid:durableId="1773623710">
    <w:abstractNumId w:val="2"/>
  </w:num>
  <w:num w:numId="8" w16cid:durableId="682978187">
    <w:abstractNumId w:val="1"/>
  </w:num>
  <w:num w:numId="9" w16cid:durableId="95972360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69553D"/>
    <w:rsid w:val="008316E7"/>
    <w:rsid w:val="00AA130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71AE906F"/>
  <w14:defaultImageDpi w14:val="300"/>
  <w15:docId w15:val="{3F005700-A02D-4BEC-B106-70AC746C61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120</Words>
  <Characters>685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804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Dell</cp:lastModifiedBy>
  <cp:revision>2</cp:revision>
  <dcterms:created xsi:type="dcterms:W3CDTF">2013-12-23T23:15:00Z</dcterms:created>
  <dcterms:modified xsi:type="dcterms:W3CDTF">2026-01-07T08:43:00Z</dcterms:modified>
  <cp:category/>
</cp:coreProperties>
</file>