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E8FEB" w14:textId="77777777" w:rsidR="00772521" w:rsidRDefault="00000000" w:rsidP="007F7856">
      <w:pPr>
        <w:jc w:val="center"/>
        <w:rPr>
          <w:b/>
          <w:bCs/>
        </w:rPr>
      </w:pPr>
      <w:r w:rsidRPr="007F7856">
        <w:rPr>
          <w:b/>
          <w:bCs/>
        </w:rPr>
        <w:t>NON-DISCLOSURE AGREEMENT (NDA – UAE)</w:t>
      </w:r>
    </w:p>
    <w:p w14:paraId="6B606AFD" w14:textId="77777777" w:rsidR="007F7856" w:rsidRPr="007F7856" w:rsidRDefault="007F7856" w:rsidP="007F7856">
      <w:pPr>
        <w:jc w:val="center"/>
        <w:rPr>
          <w:b/>
          <w:bCs/>
        </w:rPr>
      </w:pPr>
    </w:p>
    <w:p w14:paraId="60930B54" w14:textId="77777777" w:rsidR="00772521" w:rsidRDefault="00000000">
      <w:r>
        <w:t>This Agreement is entered into on __________ between:</w:t>
      </w:r>
    </w:p>
    <w:p w14:paraId="04267833" w14:textId="77777777" w:rsidR="00772521" w:rsidRDefault="00772521"/>
    <w:p w14:paraId="52DDF878" w14:textId="77777777" w:rsidR="00772521" w:rsidRDefault="00000000">
      <w:r>
        <w:t>Employer: TrueBays IT Software Trading LLC</w:t>
      </w:r>
    </w:p>
    <w:p w14:paraId="031A784F" w14:textId="7500AA9E" w:rsidR="00772521" w:rsidRDefault="00000000">
      <w:r>
        <w:t>Employee / Contractor: ________________________</w:t>
      </w:r>
    </w:p>
    <w:p w14:paraId="187A2C26" w14:textId="77777777" w:rsidR="007F7856" w:rsidRDefault="007F7856"/>
    <w:p w14:paraId="29861A89" w14:textId="77777777" w:rsidR="00772521" w:rsidRDefault="00000000">
      <w:r>
        <w:t>1. Confidential Information:</w:t>
      </w:r>
    </w:p>
    <w:p w14:paraId="18B4B737" w14:textId="77777777" w:rsidR="00772521" w:rsidRDefault="00000000">
      <w:r>
        <w:t>Includes all company data, trade secrets, client information, financial records, and intellectual property.</w:t>
      </w:r>
    </w:p>
    <w:p w14:paraId="67E5815C" w14:textId="77777777" w:rsidR="00772521" w:rsidRDefault="00772521"/>
    <w:p w14:paraId="6AA09217" w14:textId="77777777" w:rsidR="00772521" w:rsidRDefault="00000000">
      <w:r>
        <w:t>2. Confidentiality Obligation:</w:t>
      </w:r>
    </w:p>
    <w:p w14:paraId="2D117D3C" w14:textId="77777777" w:rsidR="00772521" w:rsidRDefault="00000000">
      <w:r>
        <w:t>The Employee agrees not to disclose, misuse, or share confidential information during or after employment.</w:t>
      </w:r>
    </w:p>
    <w:p w14:paraId="12FE2A76" w14:textId="77777777" w:rsidR="00772521" w:rsidRDefault="00772521"/>
    <w:p w14:paraId="3BAFA52B" w14:textId="77777777" w:rsidR="00772521" w:rsidRDefault="00000000">
      <w:r>
        <w:t>3. Exclusions:</w:t>
      </w:r>
    </w:p>
    <w:p w14:paraId="5C603437" w14:textId="77777777" w:rsidR="00772521" w:rsidRDefault="00000000">
      <w:r>
        <w:t>Information that is publicly available or legally obtained without breach.</w:t>
      </w:r>
    </w:p>
    <w:p w14:paraId="71C01AC3" w14:textId="77777777" w:rsidR="00772521" w:rsidRDefault="00772521"/>
    <w:p w14:paraId="71CFA38C" w14:textId="77777777" w:rsidR="00772521" w:rsidRDefault="00000000">
      <w:r>
        <w:t>4. Duration:</w:t>
      </w:r>
    </w:p>
    <w:p w14:paraId="45C223AD" w14:textId="77777777" w:rsidR="00772521" w:rsidRDefault="00000000">
      <w:r>
        <w:t>This obligation remains valid during employment and for two (2) years after termination.</w:t>
      </w:r>
    </w:p>
    <w:p w14:paraId="43DF7A64" w14:textId="77777777" w:rsidR="00772521" w:rsidRDefault="00772521"/>
    <w:p w14:paraId="6F67204C" w14:textId="77777777" w:rsidR="00772521" w:rsidRDefault="00000000">
      <w:r>
        <w:t>5. Governing Law:</w:t>
      </w:r>
    </w:p>
    <w:p w14:paraId="0AAE6732" w14:textId="2479F033" w:rsidR="00772521" w:rsidRDefault="00000000">
      <w:r>
        <w:t>This Agreement shall be governed by and construed in accordance with the laws of the United Arab Emirates.</w:t>
      </w:r>
    </w:p>
    <w:p w14:paraId="1B58E7B4" w14:textId="77777777" w:rsidR="007F7856" w:rsidRDefault="007F7856"/>
    <w:p w14:paraId="5FB99705" w14:textId="77777777" w:rsidR="00772521" w:rsidRDefault="00000000">
      <w:r>
        <w:t>Employer Signature: __________________   Date: __________</w:t>
      </w:r>
    </w:p>
    <w:p w14:paraId="6DE37AF2" w14:textId="77777777" w:rsidR="00772521" w:rsidRDefault="00000000">
      <w:r>
        <w:t>Employee Signature: __________________   Date: __________</w:t>
      </w:r>
    </w:p>
    <w:sectPr w:rsidR="0077252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24345167">
    <w:abstractNumId w:val="8"/>
  </w:num>
  <w:num w:numId="2" w16cid:durableId="1358921673">
    <w:abstractNumId w:val="6"/>
  </w:num>
  <w:num w:numId="3" w16cid:durableId="444689306">
    <w:abstractNumId w:val="5"/>
  </w:num>
  <w:num w:numId="4" w16cid:durableId="550583379">
    <w:abstractNumId w:val="4"/>
  </w:num>
  <w:num w:numId="5" w16cid:durableId="1938904588">
    <w:abstractNumId w:val="7"/>
  </w:num>
  <w:num w:numId="6" w16cid:durableId="440875952">
    <w:abstractNumId w:val="3"/>
  </w:num>
  <w:num w:numId="7" w16cid:durableId="2034529746">
    <w:abstractNumId w:val="2"/>
  </w:num>
  <w:num w:numId="8" w16cid:durableId="632753272">
    <w:abstractNumId w:val="1"/>
  </w:num>
  <w:num w:numId="9" w16cid:durableId="668598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72521"/>
    <w:rsid w:val="007F7856"/>
    <w:rsid w:val="00AA130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F0E915"/>
  <w14:defaultImageDpi w14:val="300"/>
  <w15:docId w15:val="{3F005700-A02D-4BEC-B106-70AC746C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2026-01-07T08:41:00Z</dcterms:modified>
  <cp:category/>
</cp:coreProperties>
</file>