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D1A06" w14:textId="77777777" w:rsidR="001B4FB2" w:rsidRDefault="001B4FB2"/>
    <w:p w14:paraId="5E3C0B6E" w14:textId="77777777" w:rsidR="001B4FB2" w:rsidRPr="00556ECB" w:rsidRDefault="00000000" w:rsidP="00556ECB">
      <w:pPr>
        <w:jc w:val="center"/>
        <w:rPr>
          <w:b/>
          <w:bCs/>
        </w:rPr>
      </w:pPr>
      <w:r w:rsidRPr="00556ECB">
        <w:rPr>
          <w:b/>
          <w:bCs/>
        </w:rPr>
        <w:t>SALARY CERTIFICATE</w:t>
      </w:r>
    </w:p>
    <w:p w14:paraId="408F5E17" w14:textId="77777777" w:rsidR="001B4FB2" w:rsidRDefault="001B4FB2"/>
    <w:p w14:paraId="57197E1B" w14:textId="77777777" w:rsidR="001B4FB2" w:rsidRDefault="00000000">
      <w:r>
        <w:t>Date: __________</w:t>
      </w:r>
    </w:p>
    <w:p w14:paraId="0807C547" w14:textId="77777777" w:rsidR="001B4FB2" w:rsidRDefault="001B4FB2"/>
    <w:p w14:paraId="2D27E4C0" w14:textId="77777777" w:rsidR="001B4FB2" w:rsidRDefault="00000000">
      <w:r>
        <w:t>To Whom It May Concern,</w:t>
      </w:r>
    </w:p>
    <w:p w14:paraId="6E7F56D0" w14:textId="77777777" w:rsidR="001B4FB2" w:rsidRDefault="001B4FB2"/>
    <w:p w14:paraId="26326B31" w14:textId="77777777" w:rsidR="001B4FB2" w:rsidRDefault="00000000">
      <w:r>
        <w:t>This is to certify that Mr./Ms. ________________________, Passport No. __________________,</w:t>
      </w:r>
    </w:p>
    <w:p w14:paraId="7746F391" w14:textId="77777777" w:rsidR="001B4FB2" w:rsidRDefault="00000000">
      <w:r>
        <w:t>is employed with TrueBays IT Software Trading LLC as ______________________.</w:t>
      </w:r>
    </w:p>
    <w:p w14:paraId="77FAE76D" w14:textId="77777777" w:rsidR="001B4FB2" w:rsidRDefault="001B4FB2"/>
    <w:p w14:paraId="6F8D3436" w14:textId="77777777" w:rsidR="001B4FB2" w:rsidRDefault="00000000">
      <w:r>
        <w:t>Employment Start Date: ______________________</w:t>
      </w:r>
    </w:p>
    <w:p w14:paraId="1718DFF3" w14:textId="77777777" w:rsidR="001B4FB2" w:rsidRDefault="00000000">
      <w:r>
        <w:t>Basic Salary: AED ___________</w:t>
      </w:r>
    </w:p>
    <w:p w14:paraId="30542925" w14:textId="77777777" w:rsidR="001B4FB2" w:rsidRDefault="00000000">
      <w:r>
        <w:t>Allowances: AED ___________</w:t>
      </w:r>
    </w:p>
    <w:p w14:paraId="27BB4F4D" w14:textId="77777777" w:rsidR="001B4FB2" w:rsidRDefault="00000000">
      <w:r>
        <w:t>Total Monthly Salary: AED ___________</w:t>
      </w:r>
    </w:p>
    <w:p w14:paraId="57DE152A" w14:textId="77777777" w:rsidR="001B4FB2" w:rsidRDefault="001B4FB2"/>
    <w:p w14:paraId="7DDEBE13" w14:textId="77777777" w:rsidR="001B4FB2" w:rsidRDefault="00000000">
      <w:r>
        <w:t>This certificate is issued upon the employee’s request for official purposes such as banking, loans, or credit facilities, without any liability to the company.</w:t>
      </w:r>
    </w:p>
    <w:p w14:paraId="652EEC97" w14:textId="77777777" w:rsidR="001B4FB2" w:rsidRDefault="001B4FB2"/>
    <w:p w14:paraId="54374947" w14:textId="77777777" w:rsidR="001B4FB2" w:rsidRDefault="00000000">
      <w:r>
        <w:t>Authorized Signatory: ______________________</w:t>
      </w:r>
    </w:p>
    <w:p w14:paraId="6802FC43" w14:textId="77777777" w:rsidR="001B4FB2" w:rsidRDefault="00000000">
      <w:r>
        <w:t>Company Stamp</w:t>
      </w:r>
    </w:p>
    <w:p w14:paraId="55947D84" w14:textId="77777777" w:rsidR="001B4FB2" w:rsidRDefault="001B4FB2"/>
    <w:sectPr w:rsidR="001B4FB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1772547">
    <w:abstractNumId w:val="8"/>
  </w:num>
  <w:num w:numId="2" w16cid:durableId="1981880827">
    <w:abstractNumId w:val="6"/>
  </w:num>
  <w:num w:numId="3" w16cid:durableId="1940522673">
    <w:abstractNumId w:val="5"/>
  </w:num>
  <w:num w:numId="4" w16cid:durableId="103037557">
    <w:abstractNumId w:val="4"/>
  </w:num>
  <w:num w:numId="5" w16cid:durableId="1457065499">
    <w:abstractNumId w:val="7"/>
  </w:num>
  <w:num w:numId="6" w16cid:durableId="446630529">
    <w:abstractNumId w:val="3"/>
  </w:num>
  <w:num w:numId="7" w16cid:durableId="1137333381">
    <w:abstractNumId w:val="2"/>
  </w:num>
  <w:num w:numId="8" w16cid:durableId="1737434530">
    <w:abstractNumId w:val="1"/>
  </w:num>
  <w:num w:numId="9" w16cid:durableId="451244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B4FB2"/>
    <w:rsid w:val="0029639D"/>
    <w:rsid w:val="00326F90"/>
    <w:rsid w:val="00556ECB"/>
    <w:rsid w:val="00AA130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3C25EF"/>
  <w14:defaultImageDpi w14:val="300"/>
  <w15:docId w15:val="{3F005700-A02D-4BEC-B106-70AC746C6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2013-12-23T23:15:00Z</dcterms:created>
  <dcterms:modified xsi:type="dcterms:W3CDTF">2026-01-07T08:33:00Z</dcterms:modified>
  <cp:category/>
</cp:coreProperties>
</file>